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E0DA" w14:textId="77777777" w:rsidR="00A5202C" w:rsidRPr="00242F2A" w:rsidRDefault="00000000" w:rsidP="008B6012">
      <w:pPr>
        <w:spacing w:before="20" w:after="20"/>
        <w:jc w:val="center"/>
        <w:rPr>
          <w:b/>
          <w:bCs/>
          <w:sz w:val="44"/>
          <w:szCs w:val="44"/>
        </w:rPr>
      </w:pPr>
      <w:r w:rsidRPr="00242F2A">
        <w:rPr>
          <w:b/>
          <w:bCs/>
          <w:sz w:val="44"/>
          <w:szCs w:val="44"/>
        </w:rPr>
        <w:t>Pizzeria</w:t>
      </w:r>
    </w:p>
    <w:p w14:paraId="0DC0F1C7" w14:textId="77777777" w:rsidR="00A5202C" w:rsidRDefault="00A5202C" w:rsidP="008B6012">
      <w:pPr>
        <w:spacing w:before="20" w:after="20"/>
      </w:pPr>
    </w:p>
    <w:p w14:paraId="3E0805F5" w14:textId="1E0BC6C3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Faccia di vecchia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</w:t>
      </w:r>
      <w:r w:rsidR="00FB6D06">
        <w:rPr>
          <w:b/>
          <w:bCs/>
          <w:sz w:val="24"/>
          <w:szCs w:val="24"/>
        </w:rPr>
        <w:t xml:space="preserve">   </w:t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proofErr w:type="gramStart"/>
      <w:r w:rsid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 xml:space="preserve">  €</w:t>
      </w:r>
      <w:proofErr w:type="gramEnd"/>
      <w:r w:rsidRPr="00FB6D06">
        <w:rPr>
          <w:b/>
          <w:bCs/>
          <w:sz w:val="24"/>
          <w:szCs w:val="24"/>
        </w:rPr>
        <w:t xml:space="preserve"> 5.00</w:t>
      </w:r>
    </w:p>
    <w:p w14:paraId="54D9575A" w14:textId="77777777" w:rsidR="00A5202C" w:rsidRDefault="00000000" w:rsidP="008B6012">
      <w:pPr>
        <w:spacing w:before="40" w:after="60"/>
      </w:pPr>
      <w:r>
        <w:t>salt, oregano, extra virgin olive oil.</w:t>
      </w:r>
    </w:p>
    <w:p w14:paraId="30F8FF3F" w14:textId="40C6B3B8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Biancaneve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</w:t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 xml:space="preserve">   € 6.50</w:t>
      </w:r>
    </w:p>
    <w:p w14:paraId="5B64EEC6" w14:textId="77777777" w:rsidR="00A5202C" w:rsidRDefault="00000000" w:rsidP="008B6012">
      <w:pPr>
        <w:spacing w:before="40" w:after="60"/>
      </w:pPr>
      <w:r>
        <w:t>mozzarella.</w:t>
      </w:r>
    </w:p>
    <w:p w14:paraId="4A29086E" w14:textId="0648E447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Margherita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proofErr w:type="gramStart"/>
      <w:r w:rsidR="00FB6D06">
        <w:rPr>
          <w:b/>
          <w:bCs/>
          <w:sz w:val="24"/>
          <w:szCs w:val="24"/>
        </w:rPr>
        <w:tab/>
        <w:t xml:space="preserve">  </w:t>
      </w:r>
      <w:r w:rsidRPr="00FB6D06">
        <w:rPr>
          <w:b/>
          <w:bCs/>
          <w:sz w:val="24"/>
          <w:szCs w:val="24"/>
        </w:rPr>
        <w:t>€</w:t>
      </w:r>
      <w:proofErr w:type="gramEnd"/>
      <w:r w:rsidRPr="00FB6D06">
        <w:rPr>
          <w:b/>
          <w:bCs/>
          <w:sz w:val="24"/>
          <w:szCs w:val="24"/>
        </w:rPr>
        <w:t xml:space="preserve"> 7.00</w:t>
      </w:r>
    </w:p>
    <w:p w14:paraId="23355062" w14:textId="77777777" w:rsidR="00A5202C" w:rsidRDefault="00000000" w:rsidP="008B6012">
      <w:pPr>
        <w:spacing w:before="40" w:after="60"/>
      </w:pPr>
      <w:r>
        <w:t xml:space="preserve">tomato, mozzarella, extra virgin olive oil. </w:t>
      </w:r>
    </w:p>
    <w:p w14:paraId="4F599312" w14:textId="6859CE9A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Chips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 </w:t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 xml:space="preserve"> € 10.00</w:t>
      </w:r>
    </w:p>
    <w:p w14:paraId="3A6C00B7" w14:textId="5857CAFA" w:rsidR="00A5202C" w:rsidRDefault="00000000" w:rsidP="008B6012">
      <w:pPr>
        <w:spacing w:before="40" w:after="60"/>
      </w:pPr>
      <w:r>
        <w:t xml:space="preserve">tomato, mozzarella, French fries. </w:t>
      </w:r>
      <w:r w:rsidR="00FB6D06">
        <w:tab/>
      </w:r>
    </w:p>
    <w:p w14:paraId="5C644AE4" w14:textId="3FA285C8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Piccolo diavolo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proofErr w:type="gramStart"/>
      <w:r w:rsidR="00FB6D06">
        <w:rPr>
          <w:b/>
          <w:bCs/>
          <w:sz w:val="24"/>
          <w:szCs w:val="24"/>
        </w:rPr>
        <w:tab/>
        <w:t xml:space="preserve"> </w:t>
      </w:r>
      <w:r w:rsidR="00F51C5F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>€</w:t>
      </w:r>
      <w:proofErr w:type="gramEnd"/>
      <w:r w:rsidRPr="00FB6D06">
        <w:rPr>
          <w:b/>
          <w:bCs/>
          <w:sz w:val="24"/>
          <w:szCs w:val="24"/>
        </w:rPr>
        <w:t xml:space="preserve"> 9.00</w:t>
      </w:r>
    </w:p>
    <w:p w14:paraId="0E99E193" w14:textId="77777777" w:rsidR="00A5202C" w:rsidRDefault="00000000" w:rsidP="008B6012">
      <w:pPr>
        <w:spacing w:before="40" w:after="60"/>
      </w:pPr>
      <w:r>
        <w:t>tomato, mozzarella, spicy salami.</w:t>
      </w:r>
    </w:p>
    <w:p w14:paraId="406F8896" w14:textId="72584932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gramStart"/>
      <w:r w:rsidRPr="00FB6D06">
        <w:rPr>
          <w:b/>
          <w:bCs/>
          <w:sz w:val="24"/>
          <w:szCs w:val="24"/>
        </w:rPr>
        <w:t xml:space="preserve">Norma  </w:t>
      </w:r>
      <w:r w:rsidRPr="00FB6D06">
        <w:rPr>
          <w:b/>
          <w:bCs/>
          <w:sz w:val="24"/>
          <w:szCs w:val="24"/>
        </w:rPr>
        <w:tab/>
      </w:r>
      <w:proofErr w:type="gramEnd"/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 xml:space="preserve">         </w:t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  <w:t xml:space="preserve">              </w:t>
      </w:r>
      <w:r w:rsidRPr="00FB6D06">
        <w:rPr>
          <w:b/>
          <w:bCs/>
          <w:sz w:val="24"/>
          <w:szCs w:val="24"/>
        </w:rPr>
        <w:t>€ 10.00</w:t>
      </w:r>
    </w:p>
    <w:p w14:paraId="11D7C793" w14:textId="77777777" w:rsidR="00A5202C" w:rsidRDefault="00000000" w:rsidP="008B6012">
      <w:pPr>
        <w:spacing w:before="40" w:after="60"/>
      </w:pPr>
      <w:r>
        <w:t>tomato, mozzarella, eggplant, salted ricotta.</w:t>
      </w:r>
    </w:p>
    <w:p w14:paraId="1E100727" w14:textId="3C6576C2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r w:rsidRPr="00FB6D06">
        <w:rPr>
          <w:b/>
          <w:bCs/>
          <w:sz w:val="24"/>
          <w:szCs w:val="24"/>
        </w:rPr>
        <w:t>Tonno</w:t>
      </w:r>
      <w:proofErr w:type="spellEnd"/>
      <w:r w:rsidRPr="00FB6D06">
        <w:rPr>
          <w:b/>
          <w:bCs/>
          <w:sz w:val="24"/>
          <w:szCs w:val="24"/>
        </w:rPr>
        <w:t xml:space="preserve"> e </w:t>
      </w:r>
      <w:proofErr w:type="spellStart"/>
      <w:r w:rsidRPr="00FB6D06">
        <w:rPr>
          <w:b/>
          <w:bCs/>
          <w:sz w:val="24"/>
          <w:szCs w:val="24"/>
        </w:rPr>
        <w:t>cipolla</w:t>
      </w:r>
      <w:proofErr w:type="spellEnd"/>
      <w:r w:rsidRPr="00FB6D06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proofErr w:type="gramStart"/>
      <w:r w:rsidR="00FB6D06">
        <w:rPr>
          <w:b/>
          <w:bCs/>
          <w:sz w:val="24"/>
          <w:szCs w:val="24"/>
        </w:rPr>
        <w:tab/>
      </w:r>
      <w:r w:rsidR="009167D5">
        <w:rPr>
          <w:b/>
          <w:bCs/>
          <w:sz w:val="24"/>
          <w:szCs w:val="24"/>
        </w:rPr>
        <w:t xml:space="preserve">  </w:t>
      </w:r>
      <w:r w:rsidRPr="00FB6D06">
        <w:rPr>
          <w:b/>
          <w:bCs/>
          <w:sz w:val="24"/>
          <w:szCs w:val="24"/>
        </w:rPr>
        <w:t>€</w:t>
      </w:r>
      <w:proofErr w:type="gramEnd"/>
      <w:r w:rsidRPr="00FB6D06">
        <w:rPr>
          <w:b/>
          <w:bCs/>
          <w:sz w:val="24"/>
          <w:szCs w:val="24"/>
        </w:rPr>
        <w:t xml:space="preserve"> 9.50  </w:t>
      </w:r>
    </w:p>
    <w:p w14:paraId="67EF3836" w14:textId="77777777" w:rsidR="00A5202C" w:rsidRDefault="00000000" w:rsidP="008B6012">
      <w:pPr>
        <w:spacing w:before="40" w:after="60"/>
      </w:pPr>
      <w:r>
        <w:t>tomato, mozzarella, tuna, onion.</w:t>
      </w:r>
    </w:p>
    <w:p w14:paraId="5F4C4FAC" w14:textId="1B89B6C3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r w:rsidRPr="00FB6D06">
        <w:rPr>
          <w:b/>
          <w:bCs/>
          <w:sz w:val="24"/>
          <w:szCs w:val="24"/>
        </w:rPr>
        <w:t>Capricciosa</w:t>
      </w:r>
      <w:proofErr w:type="spellEnd"/>
      <w:r w:rsidRPr="00FB6D06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9167D5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>€ 10.00</w:t>
      </w:r>
    </w:p>
    <w:p w14:paraId="5314EFA9" w14:textId="09AB4EE8" w:rsidR="00A5202C" w:rsidRDefault="00000000" w:rsidP="008B6012">
      <w:pPr>
        <w:spacing w:before="40" w:after="60"/>
      </w:pPr>
      <w:r>
        <w:t>tomato, mozzarella, cooked ham, peas, eggs,</w:t>
      </w:r>
      <w:r w:rsidR="00FB6D06">
        <w:t xml:space="preserve"> </w:t>
      </w:r>
      <w:r>
        <w:t>black olives, artichokes.</w:t>
      </w:r>
    </w:p>
    <w:p w14:paraId="653B13B7" w14:textId="183B44A0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007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 xml:space="preserve"> € 10.00</w:t>
      </w:r>
    </w:p>
    <w:p w14:paraId="26702DD9" w14:textId="24EC05F4" w:rsidR="00A5202C" w:rsidRDefault="00000000" w:rsidP="008B6012">
      <w:pPr>
        <w:spacing w:before="40" w:after="60"/>
      </w:pPr>
      <w:r>
        <w:t>tomato, mozzarella, cooked ham, eggs,</w:t>
      </w:r>
      <w:r w:rsidR="00242F2A">
        <w:t xml:space="preserve"> </w:t>
      </w:r>
      <w:proofErr w:type="spellStart"/>
      <w:r w:rsidR="00242F2A">
        <w:t>wurstel</w:t>
      </w:r>
      <w:proofErr w:type="spellEnd"/>
      <w:r>
        <w:t>, mushrooms,</w:t>
      </w:r>
    </w:p>
    <w:p w14:paraId="389B938E" w14:textId="77777777" w:rsidR="00A5202C" w:rsidRDefault="00000000" w:rsidP="008B6012">
      <w:pPr>
        <w:spacing w:before="40" w:after="60"/>
      </w:pPr>
      <w:r>
        <w:t>peas.</w:t>
      </w:r>
    </w:p>
    <w:p w14:paraId="4378917E" w14:textId="357D6C86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Parmigiana   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 xml:space="preserve">                                         </w:t>
      </w:r>
      <w:r w:rsidRPr="00FB6D06">
        <w:rPr>
          <w:b/>
          <w:bCs/>
          <w:sz w:val="24"/>
          <w:szCs w:val="24"/>
        </w:rPr>
        <w:t xml:space="preserve">  € 11.00</w:t>
      </w:r>
    </w:p>
    <w:p w14:paraId="03725FA0" w14:textId="77777777" w:rsidR="00A5202C" w:rsidRDefault="00000000" w:rsidP="008B6012">
      <w:pPr>
        <w:spacing w:before="40" w:after="60"/>
      </w:pPr>
      <w:r>
        <w:t>tomato, mozzarella, cooked ham, eggs, eggplant, Grana cheese.</w:t>
      </w:r>
    </w:p>
    <w:p w14:paraId="55CB303A" w14:textId="0B595B6B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Ragusana   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 xml:space="preserve">                                       </w:t>
      </w:r>
      <w:r w:rsidRPr="00FB6D06">
        <w:rPr>
          <w:b/>
          <w:bCs/>
          <w:sz w:val="24"/>
          <w:szCs w:val="24"/>
        </w:rPr>
        <w:t xml:space="preserve">   € 10.00</w:t>
      </w:r>
    </w:p>
    <w:p w14:paraId="6F05F643" w14:textId="77777777" w:rsidR="00A5202C" w:rsidRDefault="00000000" w:rsidP="008B6012">
      <w:pPr>
        <w:spacing w:before="40" w:after="60"/>
      </w:pPr>
      <w:r>
        <w:t>tomato, mozzarella, fresh ricotta, fresh sausage, broccoli.</w:t>
      </w:r>
    </w:p>
    <w:p w14:paraId="52C55655" w14:textId="0D3518DB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Parma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</w:t>
      </w:r>
      <w:r w:rsidR="00FB6D06">
        <w:rPr>
          <w:b/>
          <w:bCs/>
          <w:sz w:val="24"/>
          <w:szCs w:val="24"/>
        </w:rPr>
        <w:t xml:space="preserve">                                         </w:t>
      </w:r>
      <w:r w:rsidRPr="00FB6D06">
        <w:rPr>
          <w:b/>
          <w:bCs/>
          <w:sz w:val="24"/>
          <w:szCs w:val="24"/>
        </w:rPr>
        <w:t xml:space="preserve">  </w:t>
      </w:r>
      <w:r w:rsidR="009167D5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 xml:space="preserve"> € 12.00</w:t>
      </w:r>
    </w:p>
    <w:p w14:paraId="778DED97" w14:textId="7EC4405C" w:rsidR="00A5202C" w:rsidRDefault="00000000" w:rsidP="008B6012">
      <w:pPr>
        <w:spacing w:before="40" w:after="60"/>
      </w:pPr>
      <w:r>
        <w:t xml:space="preserve">tomato, mozzarella, Parma ham, buffalo burrata, </w:t>
      </w:r>
      <w:r w:rsidR="00242F2A">
        <w:t>rocket</w:t>
      </w:r>
      <w:r>
        <w:t>.</w:t>
      </w:r>
    </w:p>
    <w:p w14:paraId="1AE0BD95" w14:textId="54DD7E85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Napoli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 xml:space="preserve">                                     </w:t>
      </w:r>
      <w:r w:rsidR="009167D5">
        <w:rPr>
          <w:b/>
          <w:bCs/>
          <w:sz w:val="24"/>
          <w:szCs w:val="24"/>
        </w:rPr>
        <w:t xml:space="preserve">   </w:t>
      </w:r>
      <w:r w:rsidR="00FB6D06">
        <w:rPr>
          <w:b/>
          <w:bCs/>
          <w:sz w:val="24"/>
          <w:szCs w:val="24"/>
        </w:rPr>
        <w:t xml:space="preserve">  </w:t>
      </w:r>
      <w:r w:rsidRPr="00FB6D06">
        <w:rPr>
          <w:b/>
          <w:bCs/>
          <w:sz w:val="24"/>
          <w:szCs w:val="24"/>
        </w:rPr>
        <w:t xml:space="preserve">   € 9.00</w:t>
      </w:r>
    </w:p>
    <w:p w14:paraId="3AD5BD31" w14:textId="77777777" w:rsidR="00A5202C" w:rsidRDefault="00000000" w:rsidP="008B6012">
      <w:pPr>
        <w:spacing w:before="40" w:after="60"/>
      </w:pPr>
      <w:r>
        <w:t>tomato, mozzarella, black olives, anchovies.</w:t>
      </w:r>
    </w:p>
    <w:p w14:paraId="34C7E641" w14:textId="50DA1035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Bresaola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</w:t>
      </w:r>
      <w:r w:rsidR="008B6012">
        <w:rPr>
          <w:b/>
          <w:bCs/>
          <w:sz w:val="24"/>
          <w:szCs w:val="24"/>
        </w:rPr>
        <w:t xml:space="preserve">                                   </w:t>
      </w:r>
      <w:r w:rsidR="009167D5">
        <w:rPr>
          <w:b/>
          <w:bCs/>
          <w:sz w:val="24"/>
          <w:szCs w:val="24"/>
        </w:rPr>
        <w:t xml:space="preserve">    </w:t>
      </w:r>
      <w:r w:rsidR="008B6012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 xml:space="preserve"> € 11.00</w:t>
      </w:r>
    </w:p>
    <w:p w14:paraId="73D92334" w14:textId="149E00E9" w:rsidR="00A5202C" w:rsidRDefault="00000000" w:rsidP="008B6012">
      <w:pPr>
        <w:spacing w:before="40" w:after="60"/>
      </w:pPr>
      <w:r>
        <w:t xml:space="preserve">tomato, mozzarella, bresaola, </w:t>
      </w:r>
      <w:r w:rsidR="00242F2A">
        <w:t>rocket</w:t>
      </w:r>
      <w:r>
        <w:t>, Grana cheese.</w:t>
      </w:r>
    </w:p>
    <w:p w14:paraId="6C2868B1" w14:textId="40F15B93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r w:rsidRPr="00FB6D06">
        <w:rPr>
          <w:b/>
          <w:bCs/>
          <w:sz w:val="24"/>
          <w:szCs w:val="24"/>
        </w:rPr>
        <w:t>Kambusa</w:t>
      </w:r>
      <w:proofErr w:type="spellEnd"/>
      <w:r w:rsidRPr="00FB6D06">
        <w:rPr>
          <w:b/>
          <w:bCs/>
          <w:sz w:val="24"/>
          <w:szCs w:val="24"/>
        </w:rPr>
        <w:t xml:space="preserve"> </w:t>
      </w:r>
      <w:proofErr w:type="spellStart"/>
      <w:r w:rsidRPr="00FB6D06">
        <w:rPr>
          <w:b/>
          <w:bCs/>
          <w:sz w:val="24"/>
          <w:szCs w:val="24"/>
        </w:rPr>
        <w:t>alla</w:t>
      </w:r>
      <w:proofErr w:type="spellEnd"/>
      <w:r w:rsidRPr="00FB6D06">
        <w:rPr>
          <w:b/>
          <w:bCs/>
          <w:sz w:val="24"/>
          <w:szCs w:val="24"/>
        </w:rPr>
        <w:t xml:space="preserve"> marina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    </w:t>
      </w:r>
      <w:r w:rsidR="008B6012">
        <w:rPr>
          <w:b/>
          <w:bCs/>
          <w:sz w:val="24"/>
          <w:szCs w:val="24"/>
        </w:rPr>
        <w:t xml:space="preserve">                                 </w:t>
      </w:r>
      <w:r w:rsidR="009167D5">
        <w:rPr>
          <w:b/>
          <w:bCs/>
          <w:sz w:val="24"/>
          <w:szCs w:val="24"/>
        </w:rPr>
        <w:t xml:space="preserve">      </w:t>
      </w:r>
      <w:r w:rsidR="008B6012">
        <w:rPr>
          <w:b/>
          <w:bCs/>
          <w:sz w:val="24"/>
          <w:szCs w:val="24"/>
        </w:rPr>
        <w:t xml:space="preserve">   </w:t>
      </w:r>
      <w:r w:rsidRPr="00FB6D06">
        <w:rPr>
          <w:b/>
          <w:bCs/>
          <w:sz w:val="24"/>
          <w:szCs w:val="24"/>
        </w:rPr>
        <w:t>€ 16.00</w:t>
      </w:r>
    </w:p>
    <w:p w14:paraId="6545303B" w14:textId="77777777" w:rsidR="00A5202C" w:rsidRDefault="00000000" w:rsidP="008B6012">
      <w:pPr>
        <w:spacing w:before="40" w:after="60"/>
      </w:pPr>
      <w:r>
        <w:t>tomato, mozzarella, seafood.</w:t>
      </w:r>
    </w:p>
    <w:p w14:paraId="2A5830DC" w14:textId="77777777" w:rsidR="00A5202C" w:rsidRDefault="00A5202C" w:rsidP="008B6012">
      <w:pPr>
        <w:spacing w:before="20" w:after="20"/>
      </w:pPr>
    </w:p>
    <w:p w14:paraId="14573134" w14:textId="77777777" w:rsidR="00A5202C" w:rsidRDefault="00A5202C" w:rsidP="008B6012">
      <w:pPr>
        <w:spacing w:before="20" w:after="20"/>
      </w:pPr>
    </w:p>
    <w:p w14:paraId="70076417" w14:textId="77777777" w:rsidR="00A5202C" w:rsidRDefault="00A5202C" w:rsidP="008B6012">
      <w:pPr>
        <w:spacing w:before="20" w:after="20"/>
      </w:pPr>
    </w:p>
    <w:p w14:paraId="6697BC24" w14:textId="77777777" w:rsidR="00A5202C" w:rsidRPr="00FB6D06" w:rsidRDefault="00000000" w:rsidP="008B6012">
      <w:pPr>
        <w:spacing w:before="20" w:after="20"/>
        <w:jc w:val="center"/>
        <w:rPr>
          <w:b/>
          <w:bCs/>
          <w:sz w:val="28"/>
          <w:szCs w:val="28"/>
        </w:rPr>
      </w:pPr>
      <w:r w:rsidRPr="00FB6D06">
        <w:rPr>
          <w:b/>
          <w:bCs/>
          <w:sz w:val="28"/>
          <w:szCs w:val="28"/>
        </w:rPr>
        <w:t>Cover charge €2.50</w:t>
      </w:r>
    </w:p>
    <w:p w14:paraId="66199F98" w14:textId="77777777" w:rsidR="00A5202C" w:rsidRDefault="00A5202C" w:rsidP="008B6012">
      <w:pPr>
        <w:spacing w:before="20" w:after="20"/>
      </w:pPr>
    </w:p>
    <w:p w14:paraId="000C875A" w14:textId="77777777" w:rsidR="00A5202C" w:rsidRDefault="00A5202C" w:rsidP="008B6012">
      <w:pPr>
        <w:spacing w:before="20" w:after="20"/>
      </w:pPr>
    </w:p>
    <w:p w14:paraId="7BB14835" w14:textId="631A1CF0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lastRenderedPageBreak/>
        <w:t xml:space="preserve">Calzone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</w:t>
      </w:r>
      <w:r w:rsidR="008B6012">
        <w:rPr>
          <w:b/>
          <w:bCs/>
          <w:sz w:val="24"/>
          <w:szCs w:val="24"/>
        </w:rPr>
        <w:t xml:space="preserve">                                    </w:t>
      </w:r>
      <w:r w:rsidRPr="00FB6D06">
        <w:rPr>
          <w:b/>
          <w:bCs/>
          <w:sz w:val="24"/>
          <w:szCs w:val="24"/>
        </w:rPr>
        <w:t xml:space="preserve">  € 9.50</w:t>
      </w:r>
    </w:p>
    <w:p w14:paraId="5B2C0227" w14:textId="77777777" w:rsidR="00A5202C" w:rsidRDefault="00000000" w:rsidP="008B6012">
      <w:pPr>
        <w:spacing w:before="40" w:after="60"/>
      </w:pPr>
      <w:r>
        <w:t>tomato, mozzarella, cooked ham.</w:t>
      </w:r>
    </w:p>
    <w:p w14:paraId="425B852F" w14:textId="486B9AB0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Vitellina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</w:t>
      </w:r>
      <w:r w:rsidR="008B6012">
        <w:rPr>
          <w:b/>
          <w:bCs/>
          <w:sz w:val="24"/>
          <w:szCs w:val="24"/>
        </w:rPr>
        <w:t xml:space="preserve">                                 </w:t>
      </w:r>
      <w:r w:rsidRPr="00FB6D06">
        <w:rPr>
          <w:b/>
          <w:bCs/>
          <w:sz w:val="24"/>
          <w:szCs w:val="24"/>
        </w:rPr>
        <w:t>€ 15.00</w:t>
      </w:r>
    </w:p>
    <w:p w14:paraId="4C112EF2" w14:textId="429475DC" w:rsidR="00A5202C" w:rsidRDefault="00000000" w:rsidP="008B6012">
      <w:pPr>
        <w:spacing w:before="40" w:after="60"/>
      </w:pPr>
      <w:r>
        <w:t xml:space="preserve">tomato, mozzarella, veal carpaccio, porcini mushrooms, </w:t>
      </w:r>
      <w:r w:rsidR="00242F2A">
        <w:t>rocket</w:t>
      </w:r>
      <w:r>
        <w:t>, Grana cheese.</w:t>
      </w:r>
    </w:p>
    <w:p w14:paraId="4A42CFB5" w14:textId="584E2198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r w:rsidRPr="00FB6D06">
        <w:rPr>
          <w:b/>
          <w:bCs/>
          <w:sz w:val="24"/>
          <w:szCs w:val="24"/>
        </w:rPr>
        <w:t>Norvegese</w:t>
      </w:r>
      <w:proofErr w:type="spellEnd"/>
      <w:r w:rsidRPr="00FB6D06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 xml:space="preserve">          </w:t>
      </w:r>
      <w:r w:rsidRPr="00FB6D06">
        <w:rPr>
          <w:b/>
          <w:bCs/>
          <w:sz w:val="24"/>
          <w:szCs w:val="24"/>
        </w:rPr>
        <w:tab/>
        <w:t xml:space="preserve"> </w:t>
      </w:r>
      <w:r w:rsidR="008B6012">
        <w:rPr>
          <w:b/>
          <w:bCs/>
          <w:sz w:val="24"/>
          <w:szCs w:val="24"/>
        </w:rPr>
        <w:t xml:space="preserve">                                   </w:t>
      </w:r>
      <w:r w:rsidRPr="00FB6D06">
        <w:rPr>
          <w:b/>
          <w:bCs/>
          <w:sz w:val="24"/>
          <w:szCs w:val="24"/>
        </w:rPr>
        <w:t>€ 11.00</w:t>
      </w:r>
    </w:p>
    <w:p w14:paraId="00272BC6" w14:textId="77777777" w:rsidR="00A5202C" w:rsidRDefault="00000000" w:rsidP="008B6012">
      <w:pPr>
        <w:spacing w:before="40" w:after="60"/>
      </w:pPr>
      <w:r>
        <w:t>tomato, mozzarella, salmon, parsley.</w:t>
      </w:r>
    </w:p>
    <w:p w14:paraId="79C6F64F" w14:textId="5EF390A2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>Bronte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</w:t>
      </w:r>
      <w:r w:rsidR="008B6012">
        <w:rPr>
          <w:b/>
          <w:bCs/>
          <w:sz w:val="24"/>
          <w:szCs w:val="24"/>
        </w:rPr>
        <w:t xml:space="preserve">                                </w:t>
      </w:r>
      <w:r w:rsidR="009167D5">
        <w:rPr>
          <w:b/>
          <w:bCs/>
          <w:sz w:val="24"/>
          <w:szCs w:val="24"/>
        </w:rPr>
        <w:t xml:space="preserve">  </w:t>
      </w:r>
      <w:r w:rsidRPr="00FB6D06">
        <w:rPr>
          <w:b/>
          <w:bCs/>
          <w:sz w:val="24"/>
          <w:szCs w:val="24"/>
        </w:rPr>
        <w:t>€ 10.00</w:t>
      </w:r>
    </w:p>
    <w:p w14:paraId="2EC876BA" w14:textId="56346AB5" w:rsidR="00A5202C" w:rsidRDefault="00000000" w:rsidP="008B6012">
      <w:pPr>
        <w:spacing w:before="40" w:after="60"/>
      </w:pPr>
      <w:r>
        <w:t>chunky tomato, mozzarella, mortadella, lemon zest,</w:t>
      </w:r>
      <w:r w:rsidR="00FB6D06">
        <w:t xml:space="preserve"> </w:t>
      </w:r>
      <w:r>
        <w:t>crushed pistachios.</w:t>
      </w:r>
    </w:p>
    <w:p w14:paraId="5B7F84E7" w14:textId="3758A660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Zucca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 </w:t>
      </w:r>
      <w:r w:rsidR="008B6012">
        <w:rPr>
          <w:b/>
          <w:bCs/>
          <w:sz w:val="24"/>
          <w:szCs w:val="24"/>
        </w:rPr>
        <w:t xml:space="preserve">                                  </w:t>
      </w:r>
      <w:r w:rsidRPr="00FB6D06">
        <w:rPr>
          <w:b/>
          <w:bCs/>
          <w:sz w:val="24"/>
          <w:szCs w:val="24"/>
        </w:rPr>
        <w:t xml:space="preserve">  </w:t>
      </w:r>
      <w:r w:rsidR="009167D5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>€ 10.00</w:t>
      </w:r>
    </w:p>
    <w:p w14:paraId="461A68C3" w14:textId="77777777" w:rsidR="00A5202C" w:rsidRDefault="00000000" w:rsidP="008B6012">
      <w:pPr>
        <w:spacing w:before="40" w:after="60"/>
      </w:pPr>
      <w:r>
        <w:t>mozzarella, pumpkin cream, speck, Grana cheese.</w:t>
      </w:r>
    </w:p>
    <w:p w14:paraId="7E31C851" w14:textId="62AFA931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r w:rsidRPr="00FB6D06">
        <w:rPr>
          <w:b/>
          <w:bCs/>
          <w:sz w:val="24"/>
          <w:szCs w:val="24"/>
        </w:rPr>
        <w:t>Nocina</w:t>
      </w:r>
      <w:proofErr w:type="spellEnd"/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</w:t>
      </w:r>
      <w:r w:rsidR="008B6012">
        <w:rPr>
          <w:b/>
          <w:bCs/>
          <w:sz w:val="24"/>
          <w:szCs w:val="24"/>
        </w:rPr>
        <w:t xml:space="preserve">                              </w:t>
      </w:r>
      <w:r w:rsidR="009167D5">
        <w:rPr>
          <w:b/>
          <w:bCs/>
          <w:sz w:val="24"/>
          <w:szCs w:val="24"/>
        </w:rPr>
        <w:t xml:space="preserve">   </w:t>
      </w:r>
      <w:r w:rsidR="008B6012">
        <w:rPr>
          <w:b/>
          <w:bCs/>
          <w:sz w:val="24"/>
          <w:szCs w:val="24"/>
        </w:rPr>
        <w:t xml:space="preserve"> </w:t>
      </w:r>
      <w:r w:rsidRPr="00FB6D06">
        <w:rPr>
          <w:b/>
          <w:bCs/>
          <w:sz w:val="24"/>
          <w:szCs w:val="24"/>
        </w:rPr>
        <w:t>€ 9.00</w:t>
      </w:r>
    </w:p>
    <w:p w14:paraId="56DED691" w14:textId="77777777" w:rsidR="00A5202C" w:rsidRDefault="00000000" w:rsidP="008B6012">
      <w:pPr>
        <w:spacing w:before="40" w:after="60"/>
      </w:pPr>
      <w:r>
        <w:t>mozzarella, Gorgonzola, pears, walnuts.</w:t>
      </w:r>
    </w:p>
    <w:p w14:paraId="3DDA5E5B" w14:textId="32CA9052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Boscaiola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="008B6012">
        <w:rPr>
          <w:b/>
          <w:bCs/>
          <w:sz w:val="24"/>
          <w:szCs w:val="24"/>
        </w:rPr>
        <w:t xml:space="preserve">                              </w:t>
      </w:r>
      <w:r w:rsidRPr="00FB6D06">
        <w:rPr>
          <w:b/>
          <w:bCs/>
          <w:sz w:val="24"/>
          <w:szCs w:val="24"/>
        </w:rPr>
        <w:t xml:space="preserve">  </w:t>
      </w:r>
      <w:r w:rsidR="009167D5">
        <w:rPr>
          <w:b/>
          <w:bCs/>
          <w:sz w:val="24"/>
          <w:szCs w:val="24"/>
        </w:rPr>
        <w:t xml:space="preserve">   </w:t>
      </w:r>
      <w:r w:rsidRPr="00FB6D06">
        <w:rPr>
          <w:b/>
          <w:bCs/>
          <w:sz w:val="24"/>
          <w:szCs w:val="24"/>
        </w:rPr>
        <w:t xml:space="preserve">  € 9.00</w:t>
      </w:r>
    </w:p>
    <w:p w14:paraId="7D628F30" w14:textId="77777777" w:rsidR="00A5202C" w:rsidRDefault="00000000" w:rsidP="008B6012">
      <w:pPr>
        <w:spacing w:before="40" w:after="60"/>
      </w:pPr>
      <w:r>
        <w:t>mozzarella, porcini mushrooms, Grana cheese, walnuts.</w:t>
      </w:r>
    </w:p>
    <w:p w14:paraId="491C253D" w14:textId="2B84EC25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Quattro </w:t>
      </w:r>
      <w:proofErr w:type="gramStart"/>
      <w:r w:rsidRPr="00FB6D06">
        <w:rPr>
          <w:b/>
          <w:bCs/>
          <w:sz w:val="24"/>
          <w:szCs w:val="24"/>
        </w:rPr>
        <w:t xml:space="preserve">formaggi  </w:t>
      </w:r>
      <w:r w:rsidRPr="00FB6D06">
        <w:rPr>
          <w:b/>
          <w:bCs/>
          <w:sz w:val="24"/>
          <w:szCs w:val="24"/>
        </w:rPr>
        <w:tab/>
      </w:r>
      <w:proofErr w:type="gramEnd"/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    </w:t>
      </w:r>
      <w:r w:rsidR="008B6012">
        <w:rPr>
          <w:b/>
          <w:bCs/>
          <w:sz w:val="24"/>
          <w:szCs w:val="24"/>
        </w:rPr>
        <w:t xml:space="preserve">                               </w:t>
      </w:r>
      <w:r w:rsidRPr="00FB6D06">
        <w:rPr>
          <w:b/>
          <w:bCs/>
          <w:sz w:val="24"/>
          <w:szCs w:val="24"/>
        </w:rPr>
        <w:t xml:space="preserve"> </w:t>
      </w:r>
      <w:r w:rsidR="009167D5">
        <w:rPr>
          <w:b/>
          <w:bCs/>
          <w:sz w:val="24"/>
          <w:szCs w:val="24"/>
        </w:rPr>
        <w:t xml:space="preserve">   </w:t>
      </w:r>
      <w:r w:rsidRPr="00FB6D06">
        <w:rPr>
          <w:b/>
          <w:bCs/>
          <w:sz w:val="24"/>
          <w:szCs w:val="24"/>
        </w:rPr>
        <w:t xml:space="preserve"> € 9.50</w:t>
      </w:r>
    </w:p>
    <w:p w14:paraId="57CD784A" w14:textId="77777777" w:rsidR="00A5202C" w:rsidRDefault="00000000" w:rsidP="008B6012">
      <w:pPr>
        <w:spacing w:before="40" w:after="60"/>
      </w:pPr>
      <w:r>
        <w:t>mozzarella, Emmental, Gorgonzola, Grana cheese.</w:t>
      </w:r>
    </w:p>
    <w:p w14:paraId="008C94A4" w14:textId="18EBDCDE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Spada e mentuccia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</w:t>
      </w:r>
      <w:r w:rsidR="008B6012">
        <w:rPr>
          <w:b/>
          <w:bCs/>
          <w:sz w:val="24"/>
          <w:szCs w:val="24"/>
        </w:rPr>
        <w:t xml:space="preserve">                              </w:t>
      </w:r>
      <w:r w:rsidR="009167D5">
        <w:rPr>
          <w:b/>
          <w:bCs/>
          <w:sz w:val="24"/>
          <w:szCs w:val="24"/>
        </w:rPr>
        <w:t xml:space="preserve">   </w:t>
      </w:r>
      <w:r w:rsidRPr="00FB6D06">
        <w:rPr>
          <w:b/>
          <w:bCs/>
          <w:sz w:val="24"/>
          <w:szCs w:val="24"/>
        </w:rPr>
        <w:t xml:space="preserve"> € 15.00</w:t>
      </w:r>
    </w:p>
    <w:p w14:paraId="21DF3FBF" w14:textId="60DDDEAF" w:rsidR="00A5202C" w:rsidRDefault="00000000" w:rsidP="008B6012">
      <w:pPr>
        <w:spacing w:before="40" w:after="60"/>
      </w:pPr>
      <w:r>
        <w:t>mozzarella, chunky tomato, swordfish, eggplant cream,</w:t>
      </w:r>
      <w:r w:rsidR="00FB6D06">
        <w:t xml:space="preserve"> </w:t>
      </w:r>
      <w:r>
        <w:t>mint.</w:t>
      </w:r>
    </w:p>
    <w:p w14:paraId="0C9D4AF5" w14:textId="12DF4561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proofErr w:type="gramStart"/>
      <w:r w:rsidRPr="00FB6D06">
        <w:rPr>
          <w:b/>
          <w:bCs/>
          <w:sz w:val="24"/>
          <w:szCs w:val="24"/>
        </w:rPr>
        <w:t>Carciospeck</w:t>
      </w:r>
      <w:proofErr w:type="spellEnd"/>
      <w:r w:rsidRPr="00FB6D06">
        <w:rPr>
          <w:b/>
          <w:bCs/>
          <w:sz w:val="24"/>
          <w:szCs w:val="24"/>
        </w:rPr>
        <w:t xml:space="preserve">  </w:t>
      </w:r>
      <w:r w:rsidRPr="00FB6D06">
        <w:rPr>
          <w:b/>
          <w:bCs/>
          <w:sz w:val="24"/>
          <w:szCs w:val="24"/>
        </w:rPr>
        <w:tab/>
      </w:r>
      <w:proofErr w:type="gramEnd"/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    </w:t>
      </w:r>
      <w:r w:rsidR="008B6012">
        <w:rPr>
          <w:b/>
          <w:bCs/>
          <w:sz w:val="24"/>
          <w:szCs w:val="24"/>
        </w:rPr>
        <w:tab/>
      </w:r>
      <w:r w:rsidR="009167D5">
        <w:rPr>
          <w:b/>
          <w:bCs/>
          <w:sz w:val="24"/>
          <w:szCs w:val="24"/>
        </w:rPr>
        <w:t xml:space="preserve">                    </w:t>
      </w:r>
      <w:r w:rsidR="008B6012">
        <w:rPr>
          <w:b/>
          <w:bCs/>
          <w:sz w:val="24"/>
          <w:szCs w:val="24"/>
        </w:rPr>
        <w:t xml:space="preserve">  </w:t>
      </w:r>
      <w:r w:rsidRPr="00FB6D06">
        <w:rPr>
          <w:b/>
          <w:bCs/>
          <w:sz w:val="24"/>
          <w:szCs w:val="24"/>
        </w:rPr>
        <w:t>€ 11.00</w:t>
      </w:r>
    </w:p>
    <w:p w14:paraId="09515C8E" w14:textId="77777777" w:rsidR="00A5202C" w:rsidRDefault="00000000" w:rsidP="008B6012">
      <w:pPr>
        <w:spacing w:before="40" w:after="60"/>
      </w:pPr>
      <w:r>
        <w:t>mozzarella, artichoke cream, speck.</w:t>
      </w:r>
    </w:p>
    <w:p w14:paraId="1158709E" w14:textId="0534BBCD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Terramare 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</w:t>
      </w:r>
      <w:r w:rsidR="008B6012">
        <w:rPr>
          <w:b/>
          <w:bCs/>
          <w:sz w:val="24"/>
          <w:szCs w:val="24"/>
        </w:rPr>
        <w:tab/>
      </w:r>
      <w:r w:rsidR="008B6012">
        <w:rPr>
          <w:b/>
          <w:bCs/>
          <w:sz w:val="24"/>
          <w:szCs w:val="24"/>
        </w:rPr>
        <w:tab/>
      </w:r>
      <w:r w:rsidR="009167D5">
        <w:rPr>
          <w:b/>
          <w:bCs/>
          <w:sz w:val="24"/>
          <w:szCs w:val="24"/>
        </w:rPr>
        <w:t xml:space="preserve">       </w:t>
      </w:r>
      <w:r w:rsidRPr="00FB6D06">
        <w:rPr>
          <w:b/>
          <w:bCs/>
          <w:sz w:val="24"/>
          <w:szCs w:val="24"/>
        </w:rPr>
        <w:t xml:space="preserve">  € 15.00</w:t>
      </w:r>
    </w:p>
    <w:p w14:paraId="08E52200" w14:textId="77777777" w:rsidR="00A5202C" w:rsidRDefault="00000000" w:rsidP="008B6012">
      <w:pPr>
        <w:spacing w:before="40" w:after="60"/>
      </w:pPr>
      <w:r>
        <w:t>mozzarella, shrimp, zucchini, sliced almonds, parsley.</w:t>
      </w:r>
    </w:p>
    <w:p w14:paraId="5956057F" w14:textId="12668400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r w:rsidRPr="00FB6D06">
        <w:rPr>
          <w:b/>
          <w:bCs/>
          <w:sz w:val="24"/>
          <w:szCs w:val="24"/>
        </w:rPr>
        <w:t xml:space="preserve">Fresca </w:t>
      </w:r>
      <w:proofErr w:type="gramStart"/>
      <w:r w:rsidRPr="00FB6D06">
        <w:rPr>
          <w:b/>
          <w:bCs/>
          <w:sz w:val="24"/>
          <w:szCs w:val="24"/>
        </w:rPr>
        <w:t>( tutto</w:t>
      </w:r>
      <w:proofErr w:type="gramEnd"/>
      <w:r w:rsidRPr="00FB6D06">
        <w:rPr>
          <w:b/>
          <w:bCs/>
          <w:sz w:val="24"/>
          <w:szCs w:val="24"/>
        </w:rPr>
        <w:t xml:space="preserve"> a crudo, Doppio panetto)</w:t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</w:t>
      </w:r>
      <w:r w:rsidR="008B6012">
        <w:rPr>
          <w:b/>
          <w:bCs/>
          <w:sz w:val="24"/>
          <w:szCs w:val="24"/>
        </w:rPr>
        <w:tab/>
      </w:r>
      <w:r w:rsidR="008B6012">
        <w:rPr>
          <w:b/>
          <w:bCs/>
          <w:sz w:val="24"/>
          <w:szCs w:val="24"/>
        </w:rPr>
        <w:tab/>
      </w:r>
      <w:r w:rsidR="009167D5">
        <w:rPr>
          <w:b/>
          <w:bCs/>
          <w:sz w:val="24"/>
          <w:szCs w:val="24"/>
        </w:rPr>
        <w:t xml:space="preserve">                      </w:t>
      </w:r>
      <w:r w:rsidRPr="00FB6D06">
        <w:rPr>
          <w:b/>
          <w:bCs/>
          <w:sz w:val="24"/>
          <w:szCs w:val="24"/>
        </w:rPr>
        <w:t xml:space="preserve"> € 12.00</w:t>
      </w:r>
    </w:p>
    <w:p w14:paraId="541DB0C4" w14:textId="05BAC2A3" w:rsidR="00A5202C" w:rsidRDefault="00000000" w:rsidP="008B6012">
      <w:pPr>
        <w:spacing w:before="40" w:after="60"/>
      </w:pPr>
      <w:r>
        <w:t xml:space="preserve">buffalo burrata, chunky tomato, </w:t>
      </w:r>
      <w:r w:rsidR="00242F2A">
        <w:t>rocket</w:t>
      </w:r>
      <w:r>
        <w:t>.</w:t>
      </w:r>
    </w:p>
    <w:p w14:paraId="12132646" w14:textId="4C7EEE5F" w:rsidR="00A5202C" w:rsidRPr="00FB6D06" w:rsidRDefault="00000000" w:rsidP="008B6012">
      <w:pPr>
        <w:spacing w:before="40" w:after="60"/>
        <w:rPr>
          <w:b/>
          <w:bCs/>
          <w:sz w:val="24"/>
          <w:szCs w:val="24"/>
        </w:rPr>
      </w:pPr>
      <w:proofErr w:type="spellStart"/>
      <w:r w:rsidRPr="00FB6D06">
        <w:rPr>
          <w:b/>
          <w:bCs/>
          <w:sz w:val="24"/>
          <w:szCs w:val="24"/>
        </w:rPr>
        <w:t>Vegetariana</w:t>
      </w:r>
      <w:proofErr w:type="spellEnd"/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</w:r>
      <w:r w:rsidRPr="00FB6D06">
        <w:rPr>
          <w:b/>
          <w:bCs/>
          <w:sz w:val="24"/>
          <w:szCs w:val="24"/>
        </w:rPr>
        <w:tab/>
        <w:t xml:space="preserve">             </w:t>
      </w:r>
      <w:r w:rsidR="008B6012">
        <w:rPr>
          <w:b/>
          <w:bCs/>
          <w:sz w:val="24"/>
          <w:szCs w:val="24"/>
        </w:rPr>
        <w:tab/>
      </w:r>
      <w:r w:rsidR="008B6012">
        <w:rPr>
          <w:b/>
          <w:bCs/>
          <w:sz w:val="24"/>
          <w:szCs w:val="24"/>
        </w:rPr>
        <w:tab/>
      </w:r>
      <w:r w:rsidR="009167D5">
        <w:rPr>
          <w:b/>
          <w:bCs/>
          <w:sz w:val="24"/>
          <w:szCs w:val="24"/>
        </w:rPr>
        <w:t xml:space="preserve">                       </w:t>
      </w:r>
      <w:r w:rsidRPr="00FB6D06">
        <w:rPr>
          <w:b/>
          <w:bCs/>
          <w:sz w:val="24"/>
          <w:szCs w:val="24"/>
        </w:rPr>
        <w:t>€ 10.00</w:t>
      </w:r>
    </w:p>
    <w:p w14:paraId="03B00175" w14:textId="77777777" w:rsidR="00A5202C" w:rsidRDefault="00000000" w:rsidP="008B6012">
      <w:pPr>
        <w:spacing w:before="40" w:after="60"/>
      </w:pPr>
      <w:r>
        <w:t>mozzarella, zucchini, eggplant, broccoli, olives.</w:t>
      </w:r>
    </w:p>
    <w:p w14:paraId="1234978F" w14:textId="77777777" w:rsidR="00A5202C" w:rsidRDefault="00A5202C" w:rsidP="008B6012">
      <w:pPr>
        <w:spacing w:before="20" w:after="20"/>
      </w:pPr>
    </w:p>
    <w:p w14:paraId="64EF5CA6" w14:textId="77777777" w:rsidR="00A5202C" w:rsidRPr="009167D5" w:rsidRDefault="00000000" w:rsidP="008B6012">
      <w:pPr>
        <w:spacing w:before="20" w:after="20"/>
        <w:rPr>
          <w:b/>
          <w:bCs/>
          <w:sz w:val="28"/>
          <w:szCs w:val="28"/>
        </w:rPr>
      </w:pPr>
      <w:r w:rsidRPr="009167D5">
        <w:rPr>
          <w:b/>
          <w:bCs/>
          <w:sz w:val="28"/>
          <w:szCs w:val="28"/>
        </w:rPr>
        <w:t>Extra toppings €2</w:t>
      </w:r>
    </w:p>
    <w:p w14:paraId="4DC2349B" w14:textId="53D98D9C" w:rsidR="00A5202C" w:rsidRDefault="00000000" w:rsidP="008B6012">
      <w:pPr>
        <w:spacing w:before="20" w:after="20"/>
      </w:pPr>
      <w:r>
        <w:t xml:space="preserve">mushrooms, egg, olives, </w:t>
      </w:r>
      <w:r w:rsidR="00242F2A">
        <w:t>rocket</w:t>
      </w:r>
      <w:r>
        <w:t xml:space="preserve">, walnuts, zucchini, onion, peas, </w:t>
      </w:r>
      <w:proofErr w:type="spellStart"/>
      <w:r w:rsidR="00242F2A">
        <w:t>wurstel</w:t>
      </w:r>
      <w:proofErr w:type="spellEnd"/>
      <w:r>
        <w:t>, Emmental, sliced artichokes, broccoli, anchovies, mozzarella, cooked ham, eggplant, canned tuna, fresh sausage, spicy salami, artichoke cream, porcini mushrooms, fresh mozzarella, Gorgonzola, chunky tomato, pumpkin cream, pears</w:t>
      </w:r>
      <w:r w:rsidR="00242F2A">
        <w:t xml:space="preserve">, </w:t>
      </w:r>
      <w:r>
        <w:t>Grana cheese, salted ricotta, almonds</w:t>
      </w:r>
    </w:p>
    <w:p w14:paraId="2E68F228" w14:textId="77777777" w:rsidR="00A5202C" w:rsidRPr="009167D5" w:rsidRDefault="00000000" w:rsidP="008B6012">
      <w:pPr>
        <w:spacing w:before="20" w:after="20"/>
        <w:rPr>
          <w:b/>
          <w:bCs/>
          <w:sz w:val="28"/>
          <w:szCs w:val="28"/>
        </w:rPr>
      </w:pPr>
      <w:r w:rsidRPr="009167D5">
        <w:rPr>
          <w:b/>
          <w:bCs/>
          <w:sz w:val="28"/>
          <w:szCs w:val="28"/>
        </w:rPr>
        <w:t>Extra toppings €3</w:t>
      </w:r>
    </w:p>
    <w:p w14:paraId="0B1EA5D3" w14:textId="6E4ED8E5" w:rsidR="00A5202C" w:rsidRDefault="00000000" w:rsidP="008B6012">
      <w:pPr>
        <w:spacing w:before="20" w:after="20"/>
      </w:pPr>
      <w:r>
        <w:t>buffalo burrata, French fries, Parma ham, bresaola, speck, salmon, eggplant crea</w:t>
      </w:r>
      <w:r w:rsidR="008B6012">
        <w:t>m.</w:t>
      </w:r>
    </w:p>
    <w:p w14:paraId="31CC5975" w14:textId="77777777" w:rsidR="00A5202C" w:rsidRPr="009167D5" w:rsidRDefault="00000000" w:rsidP="008B6012">
      <w:pPr>
        <w:spacing w:before="20" w:after="20"/>
        <w:rPr>
          <w:b/>
          <w:bCs/>
          <w:sz w:val="28"/>
          <w:szCs w:val="28"/>
        </w:rPr>
      </w:pPr>
      <w:r w:rsidRPr="009167D5">
        <w:rPr>
          <w:b/>
          <w:bCs/>
          <w:sz w:val="28"/>
          <w:szCs w:val="28"/>
        </w:rPr>
        <w:t>Extra toppings €6</w:t>
      </w:r>
    </w:p>
    <w:p w14:paraId="0790B420" w14:textId="77777777" w:rsidR="00A5202C" w:rsidRDefault="00000000" w:rsidP="008B6012">
      <w:pPr>
        <w:spacing w:before="20" w:after="20"/>
      </w:pPr>
      <w:r>
        <w:t>swordfish carpaccio, veal carpaccio, seafood</w:t>
      </w:r>
    </w:p>
    <w:p w14:paraId="555AE233" w14:textId="77777777" w:rsidR="00A5202C" w:rsidRDefault="00A5202C" w:rsidP="008B6012">
      <w:pPr>
        <w:spacing w:before="20" w:after="20"/>
      </w:pPr>
    </w:p>
    <w:p w14:paraId="1AA4AFAC" w14:textId="77777777" w:rsidR="00A5202C" w:rsidRDefault="00A5202C" w:rsidP="008B6012">
      <w:pPr>
        <w:spacing w:before="20" w:after="20"/>
      </w:pPr>
    </w:p>
    <w:p w14:paraId="7767BF67" w14:textId="77777777" w:rsidR="008B6012" w:rsidRDefault="008B6012" w:rsidP="008B6012">
      <w:pPr>
        <w:spacing w:before="20" w:after="20"/>
        <w:jc w:val="center"/>
        <w:rPr>
          <w:b/>
          <w:bCs/>
          <w:sz w:val="28"/>
          <w:szCs w:val="28"/>
        </w:rPr>
      </w:pPr>
    </w:p>
    <w:p w14:paraId="3AF4179A" w14:textId="61E3B370" w:rsidR="00A5202C" w:rsidRPr="00FB6D06" w:rsidRDefault="00000000" w:rsidP="008B6012">
      <w:pPr>
        <w:spacing w:before="20" w:after="20"/>
        <w:jc w:val="center"/>
        <w:rPr>
          <w:b/>
          <w:bCs/>
          <w:sz w:val="28"/>
          <w:szCs w:val="28"/>
        </w:rPr>
      </w:pPr>
      <w:r w:rsidRPr="00FB6D06">
        <w:rPr>
          <w:b/>
          <w:bCs/>
          <w:sz w:val="28"/>
          <w:szCs w:val="28"/>
        </w:rPr>
        <w:t>Cover charge €2.50</w:t>
      </w:r>
    </w:p>
    <w:sectPr w:rsidR="00A5202C" w:rsidRPr="00FB6D06" w:rsidSect="00FB6D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82543850">
    <w:abstractNumId w:val="8"/>
  </w:num>
  <w:num w:numId="2" w16cid:durableId="534462546">
    <w:abstractNumId w:val="6"/>
  </w:num>
  <w:num w:numId="3" w16cid:durableId="1316882722">
    <w:abstractNumId w:val="5"/>
  </w:num>
  <w:num w:numId="4" w16cid:durableId="1158040667">
    <w:abstractNumId w:val="4"/>
  </w:num>
  <w:num w:numId="5" w16cid:durableId="1057440684">
    <w:abstractNumId w:val="7"/>
  </w:num>
  <w:num w:numId="6" w16cid:durableId="1569876813">
    <w:abstractNumId w:val="3"/>
  </w:num>
  <w:num w:numId="7" w16cid:durableId="585843171">
    <w:abstractNumId w:val="2"/>
  </w:num>
  <w:num w:numId="8" w16cid:durableId="1410425123">
    <w:abstractNumId w:val="1"/>
  </w:num>
  <w:num w:numId="9" w16cid:durableId="165841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2F2A"/>
    <w:rsid w:val="0029639D"/>
    <w:rsid w:val="00326F90"/>
    <w:rsid w:val="007D42EF"/>
    <w:rsid w:val="008B6012"/>
    <w:rsid w:val="009167D5"/>
    <w:rsid w:val="00A5202C"/>
    <w:rsid w:val="00AA1D8D"/>
    <w:rsid w:val="00B47730"/>
    <w:rsid w:val="00CB0664"/>
    <w:rsid w:val="00F51C5F"/>
    <w:rsid w:val="00FB6D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15415"/>
  <w14:defaultImageDpi w14:val="300"/>
  <w15:docId w15:val="{02BAB182-AAD3-4573-866D-5C48C1CE1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3</cp:revision>
  <cp:lastPrinted>2026-08-06T12:46:00Z</cp:lastPrinted>
  <dcterms:created xsi:type="dcterms:W3CDTF">2013-12-23T23:15:00Z</dcterms:created>
  <dcterms:modified xsi:type="dcterms:W3CDTF">2026-08-06T12:49:00Z</dcterms:modified>
  <cp:category/>
</cp:coreProperties>
</file>